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space="0" w:color="0A365C"/>
          <w:bottom w:val="single" w:sz="12" w:space="0" w:color="0A365C"/>
          <w:left w:val="single" w:sz="12" w:space="0" w:color="0A365C"/>
          <w:right w:val="single" w:sz="12" w:space="0" w:color="0A365C"/>
          <w:insideH w:val="single" w:sz="12" w:space="0" w:color="0A365C"/>
          <w:insideV w:val="single" w:sz="12" w:space="0" w:color="0A365C"/>
        </w:tblBorders>
      </w:tblPr>
      <w:tblGrid>
        <w:gridCol w:w="9936"/>
      </w:tblGrid>
      <w:tr>
        <w:tc>
          <w:tcPr>
            <w:tcW w:type="dxa" w:w="9360"/>
            <w:shd w:fill="0A365C"/>
            <w:tcMar>
              <w:top w:w="220" w:type="dxa"/>
              <w:bottom w:w="220" w:type="dxa"/>
              <w:left w:w="240" w:type="dxa"/>
              <w:right w:w="240" w:type="dxa"/>
            </w:tcMar>
          </w:tcPr>
          <w:p>
            <w:pPr>
              <w:spacing w:after="120"/>
              <w:jc w:val="center"/>
            </w:pPr>
            <w:r>
              <w:rPr>
                <w:rFonts w:ascii="微軟正黑體" w:hAnsi="微軟正黑體" w:eastAsia="微軟正黑體"/>
                <w:b/>
                <w:color w:val="FFFFFF"/>
                <w:sz w:val="40"/>
              </w:rPr>
              <w:t>沖繩 4 天 3 夜不自駕愜意行程表（更新版 v2）</w:t>
            </w:r>
          </w:p>
          <w:p>
            <w:pPr>
              <w:spacing w:after="0"/>
              <w:jc w:val="center"/>
            </w:pPr>
            <w:r>
              <w:rPr>
                <w:rFonts w:ascii="微軟正黑體" w:hAnsi="微軟正黑體" w:eastAsia="微軟正黑體"/>
                <w:b w:val="0"/>
                <w:color w:val="CBE6FF"/>
                <w:sz w:val="22"/>
              </w:rPr>
              <w:t>旅遊日期：11/20（週五）～ 11/23（週一） ｜ 住宿：Comfort Hotel 那霸縣廳前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1B6CA8"/>
          <w:bottom w:val="single" w:sz="8" w:space="0" w:color="1B6CA8"/>
          <w:left w:val="single" w:sz="8" w:space="0" w:color="1B6CA8"/>
          <w:right w:val="single" w:sz="8" w:space="0" w:color="1B6CA8"/>
          <w:insideH w:val="single" w:sz="8" w:space="0" w:color="1B6CA8"/>
          <w:insideV w:val="single" w:sz="8" w:space="0" w:color="1B6CA8"/>
        </w:tblBorders>
      </w:tblPr>
      <w:tblGrid>
        <w:gridCol w:w="9936"/>
      </w:tblGrid>
      <w:tr>
        <w:tc>
          <w:tcPr>
            <w:tcW w:type="dxa" w:w="9360"/>
            <w:shd w:fill="F2F8FC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before="0" w:after="120"/>
            </w:pPr>
            <w:r>
              <w:rPr>
                <w:rFonts w:ascii="微軟正黑體" w:hAnsi="微軟正黑體" w:eastAsia="微軟正黑體"/>
                <w:b/>
                <w:color w:val="0F4C81"/>
                <w:sz w:val="22"/>
              </w:rPr>
              <w:t>🏨 住宿基地優勢：Comfort Hotel 那霸縣廳前（大眾運輸核心位置）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單軌電車零距離：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走出飯店步行約 3 分鐘即是沖繩都市單軌電車「縣廳前站」，往返那霸機場僅需 12 分鐘。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全島公車總站樞紐：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步行 7～8 分鐘（或搭單軌 1 站）即達「那霸巴士總站（旭橋站）」，所有通往全島的路線公車皆從此處發車。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一日遊巴士集合點：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絕大多數中北部一日觀光巴士，上下車集合點皆設在飯店斜對面的「RYUBO 百貨（縣廳北口）」，吃完免費早餐走路 2 分鐘即達。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1B6CA8"/>
          <w:bottom w:val="single" w:sz="6" w:space="0" w:color="1B6CA8"/>
          <w:left w:val="single" w:sz="6" w:space="0" w:color="1B6CA8"/>
          <w:right w:val="single" w:sz="6" w:space="0" w:color="1B6CA8"/>
          <w:insideH w:val="single" w:sz="6" w:space="0" w:color="1B6CA8"/>
          <w:insideV w:val="single" w:sz="6" w:space="0" w:color="1B6CA8"/>
        </w:tblBorders>
      </w:tblPr>
      <w:tblGrid>
        <w:gridCol w:w="9936"/>
      </w:tblGrid>
      <w:tr>
        <w:tc>
          <w:tcPr>
            <w:tcW w:type="dxa" w:w="9360"/>
            <w:shd w:fill="1B6CA8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微軟正黑體" w:hAnsi="微軟正黑體" w:eastAsia="微軟正黑體"/>
                <w:b/>
                <w:color w:val="FFFFFF"/>
                <w:sz w:val="26"/>
              </w:rPr>
              <w:t>🗺️ 交通骨幹配置（單軌電車 ＋ 觀光巴士 ＋ 路線公車／Uber）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3312"/>
        <w:gridCol w:w="3312"/>
        <w:gridCol w:w="3312"/>
      </w:tblGrid>
      <w:tr>
        <w:tc>
          <w:tcPr>
            <w:tcW w:type="dxa" w:w="2160"/>
            <w:shd w:fill="E2E8F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適用時段與範圍</w:t>
            </w:r>
          </w:p>
        </w:tc>
        <w:tc>
          <w:tcPr>
            <w:tcW w:type="dxa" w:w="2592"/>
            <w:shd w:fill="E2E8F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主要交通工具</w:t>
            </w:r>
          </w:p>
        </w:tc>
        <w:tc>
          <w:tcPr>
            <w:tcW w:type="dxa" w:w="4608"/>
            <w:shd w:fill="E2E8F0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購票方式與搭乘優勢</w:t>
            </w:r>
          </w:p>
        </w:tc>
      </w:tr>
      <w:tr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市區移動</w:t>
              <w:br/>
              <w:t>（D1 / D3 / D4）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沖繩單軌電車</w:t>
              <w:br/>
              <w:t>（Yui Rail）</w:t>
            </w:r>
          </w:p>
        </w:tc>
        <w:tc>
          <w:tcPr>
            <w:tcW w:type="dxa" w:w="460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支援 Suica / ICOCA 等交通 IC 卡、信用卡直接感應進站，或依當日搭乘次數購買「24 小時一日券」。</w:t>
            </w:r>
          </w:p>
        </w:tc>
      </w:tr>
      <w:tr>
        <w:tc>
          <w:tcPr>
            <w:tcW w:type="dxa" w:w="216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1 下午</w:t>
              <w:br/>
              <w:t>（瀨長島往返）</w:t>
            </w:r>
          </w:p>
        </w:tc>
        <w:tc>
          <w:tcPr>
            <w:tcW w:type="dxa" w:w="2592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東京巴士 TK02</w:t>
              <w:br/>
              <w:t>（瀨長島線）</w:t>
            </w:r>
          </w:p>
        </w:tc>
        <w:tc>
          <w:tcPr>
            <w:tcW w:type="dxa" w:w="4608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於飯店對面「縣廳北口」站牌搭乘琉球海運直達車，約 25 分鐘免換車直達瀨長島（亦可搭配 Uber / GO 叫車）。</w:t>
            </w:r>
          </w:p>
        </w:tc>
      </w:tr>
      <w:tr>
        <w:tc>
          <w:tcPr>
            <w:tcW w:type="dxa" w:w="2160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2 全天</w:t>
              <w:br/>
              <w:t>（中北部遠程）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中北部一日觀光巴士</w:t>
              <w:br/>
              <w:t>（Hip Hop Bus / 定期巴士）</w:t>
            </w:r>
          </w:p>
        </w:tc>
        <w:tc>
          <w:tcPr>
            <w:tcW w:type="dxa" w:w="4608"/>
            <w:shd w:fill="FFFFFF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於飯店斜對面 RYUBO 百貨上下車，直接包辦美麗海水族館門票＋專車走高速公路，上車休息、下車拍照免查轉乘。</w:t>
            </w:r>
          </w:p>
        </w:tc>
      </w:tr>
      <w:tr>
        <w:tc>
          <w:tcPr>
            <w:tcW w:type="dxa" w:w="2160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3 浦添區域</w:t>
              <w:br/>
              <w:t>（港川＋PARCO CITY）</w:t>
            </w:r>
          </w:p>
        </w:tc>
        <w:tc>
          <w:tcPr>
            <w:tcW w:type="dxa" w:w="2592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路線公車 ＋ 短程計程車</w:t>
              <w:br/>
              <w:t>（Uber / GO App）</w:t>
            </w:r>
          </w:p>
        </w:tc>
        <w:tc>
          <w:tcPr>
            <w:tcW w:type="dxa" w:w="4608"/>
            <w:shd w:fill="F8FAFC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從縣廳北口或那霸巴士總站搭公車（或叫車）前往港川外人住宅；港川至 PARCO CITY 僅 2.5 公里，直接叫車 5～8 分鐘即達。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1B6CA8"/>
          <w:bottom w:val="single" w:sz="6" w:space="0" w:color="1B6CA8"/>
          <w:left w:val="single" w:sz="6" w:space="0" w:color="1B6CA8"/>
          <w:right w:val="single" w:sz="6" w:space="0" w:color="1B6CA8"/>
          <w:insideH w:val="single" w:sz="6" w:space="0" w:color="1B6CA8"/>
          <w:insideV w:val="single" w:sz="6" w:space="0" w:color="1B6CA8"/>
        </w:tblBorders>
      </w:tblPr>
      <w:tblGrid>
        <w:gridCol w:w="9936"/>
      </w:tblGrid>
      <w:tr>
        <w:tc>
          <w:tcPr>
            <w:tcW w:type="dxa" w:w="9360"/>
            <w:shd w:fill="1B6CA8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before="0" w:after="0"/>
            </w:pPr>
            <w:r>
              <w:rPr>
                <w:rFonts w:ascii="微軟正黑體" w:hAnsi="微軟正黑體" w:eastAsia="微軟正黑體"/>
                <w:b/>
                <w:color w:val="FFFFFF"/>
                <w:sz w:val="26"/>
              </w:rPr>
              <w:t>📊 4 天 3 夜行程快速總覽表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1584"/>
            <w:shd w:fill="E2E8F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日期</w:t>
            </w:r>
          </w:p>
        </w:tc>
        <w:tc>
          <w:tcPr>
            <w:tcW w:type="dxa" w:w="3312"/>
            <w:shd w:fill="E2E8F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核心行程動線</w:t>
            </w:r>
          </w:p>
        </w:tc>
        <w:tc>
          <w:tcPr>
            <w:tcW w:type="dxa" w:w="2016"/>
            <w:shd w:fill="E2E8F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交通方式</w:t>
            </w:r>
          </w:p>
        </w:tc>
        <w:tc>
          <w:tcPr>
            <w:tcW w:type="dxa" w:w="2448"/>
            <w:shd w:fill="E2E8F0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重點美食與體驗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1</w:t>
              <w:br/>
              <w:t>11/20（五）</w:t>
            </w:r>
          </w:p>
        </w:tc>
        <w:tc>
          <w:tcPr>
            <w:tcW w:type="dxa" w:w="3312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12:50 抵達那霸機場 ➔ 飯店寄放行李 ➔ 瀨長島看夕陽 ➔ 國際通商圈</w:t>
            </w:r>
          </w:p>
        </w:tc>
        <w:tc>
          <w:tcPr>
            <w:tcW w:type="dxa" w:w="2016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單軌電車</w:t>
              <w:br/>
              <w:t>東京巴士 TK02</w:t>
              <w:br/>
              <w:t>市區步行</w:t>
            </w:r>
          </w:p>
        </w:tc>
        <w:tc>
          <w:tcPr>
            <w:tcW w:type="dxa" w:w="2448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幸福鬆餅、第一牧志公設市場海鮮、阿古豬涮涮鍋／居酒屋</w:t>
            </w:r>
          </w:p>
        </w:tc>
      </w:tr>
      <w:tr>
        <w:tc>
          <w:tcPr>
            <w:tcW w:type="dxa" w:w="1584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2</w:t>
              <w:br/>
              <w:t>11/21（六）</w:t>
              <w:br/>
              <w:t>三連休首日</w:t>
            </w:r>
          </w:p>
        </w:tc>
        <w:tc>
          <w:tcPr>
            <w:tcW w:type="dxa" w:w="3312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萬座毛 ➔ 古宇利島＆跨海大橋 ➔ 沖繩美麗海水族館 ➔ 返回縣廳前</w:t>
            </w:r>
          </w:p>
        </w:tc>
        <w:tc>
          <w:tcPr>
            <w:tcW w:type="dxa" w:w="2016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中北部一日觀光巴士（RYUBO 上下車）</w:t>
            </w:r>
          </w:p>
        </w:tc>
        <w:tc>
          <w:tcPr>
            <w:tcW w:type="dxa" w:w="2448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飯店早餐、古宇利島蝦蝦飯、暖暮拉麵或琉球鄉土料理</w:t>
            </w:r>
          </w:p>
        </w:tc>
      </w:tr>
      <w:tr>
        <w:tc>
          <w:tcPr>
            <w:tcW w:type="dxa" w:w="1584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3</w:t>
              <w:br/>
              <w:t>11/22（日）</w:t>
              <w:br/>
              <w:t>三連休次日</w:t>
            </w:r>
          </w:p>
        </w:tc>
        <w:tc>
          <w:tcPr>
            <w:tcW w:type="dxa" w:w="3312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港川外人住宅 ➔ 浦添西海岸 PARCO CITY（選配：新都心免稅店） ➔ 美榮橋</w:t>
            </w:r>
          </w:p>
        </w:tc>
        <w:tc>
          <w:tcPr>
            <w:tcW w:type="dxa" w:w="2016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公車或計程車／Uber</w:t>
              <w:br/>
              <w:t>單軌電車</w:t>
            </w:r>
          </w:p>
        </w:tc>
        <w:tc>
          <w:tcPr>
            <w:tcW w:type="dxa" w:w="2448"/>
            <w:shd w:fill="FFFFFF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港川早午餐＆水果塔甜點、PARCO CITY 海景購物、石垣牛燒肉</w:t>
            </w:r>
          </w:p>
        </w:tc>
      </w:tr>
      <w:tr>
        <w:tc>
          <w:tcPr>
            <w:tcW w:type="dxa" w:w="1584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1E293B"/>
                <w:sz w:val="19"/>
              </w:rPr>
              <w:t>Day 4</w:t>
              <w:br/>
              <w:t>11/23（一）</w:t>
              <w:br/>
              <w:t>勤勞感謝日</w:t>
            </w:r>
          </w:p>
        </w:tc>
        <w:tc>
          <w:tcPr>
            <w:tcW w:type="dxa" w:w="3312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09:00 退房寄行李 ➔ 波上宮＆波之上海灘 ➔ 國內線航廈採買 ➔ 15:25 返台</w:t>
            </w:r>
          </w:p>
        </w:tc>
        <w:tc>
          <w:tcPr>
            <w:tcW w:type="dxa" w:w="2016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計程車／Uber</w:t>
              <w:br/>
              <w:t>單軌電車</w:t>
            </w:r>
          </w:p>
        </w:tc>
        <w:tc>
          <w:tcPr>
            <w:tcW w:type="dxa" w:w="2448"/>
            <w:shd w:fill="F8FAFC"/>
            <w:tcMar>
              <w:top w:w="90" w:type="dxa"/>
              <w:bottom w:w="9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 w:val="0"/>
                <w:color w:val="1E293B"/>
                <w:sz w:val="19"/>
              </w:rPr>
              <w:t>波上宮書包御守、國內線 2F 特產街、Pork Tamago 飯糰、紅芋塔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F4C81"/>
          <w:bottom w:val="single" w:sz="6" w:space="0" w:color="0F4C81"/>
          <w:left w:val="single" w:sz="6" w:space="0" w:color="0F4C81"/>
          <w:right w:val="single" w:sz="6" w:space="0" w:color="0F4C81"/>
          <w:insideH w:val="single" w:sz="6" w:space="0" w:color="0F4C81"/>
          <w:insideV w:val="single" w:sz="6" w:space="0" w:color="0F4C81"/>
        </w:tblBorders>
      </w:tblPr>
      <w:tblGrid>
        <w:gridCol w:w="9936"/>
      </w:tblGrid>
      <w:tr>
        <w:tc>
          <w:tcPr>
            <w:tcW w:type="dxa" w:w="9360"/>
            <w:shd w:fill="0F4C81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40"/>
            </w:pPr>
            <w:r>
              <w:rPr>
                <w:rFonts w:ascii="微軟正黑體" w:hAnsi="微軟正黑體" w:eastAsia="微軟正黑體"/>
                <w:b/>
                <w:color w:val="FFFFFF"/>
                <w:sz w:val="24"/>
              </w:rPr>
              <w:t>🛬 Day 1（11/20 週五）：抵達那霸 ➔ 市區 Check-in ➔ 瀨長島夕陽 ➔ 國際通</w:t>
              <w:br/>
            </w:r>
            <w:r>
              <w:rPr>
                <w:rFonts w:ascii="微軟正黑體" w:hAnsi="微軟正黑體" w:eastAsia="微軟正黑體"/>
                <w:b w:val="0"/>
                <w:color w:val="CBE6FF"/>
                <w:sz w:val="19"/>
              </w:rPr>
              <w:t>當日交通：沖繩單軌電車 ＋ 東京巴士 TK02（瀨長島直達車） ＋ 市區步行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68"/>
        <w:gridCol w:w="4968"/>
      </w:tblGrid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12:50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【班機抵達】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班機抵達那霸機場（OKA），辦理入境手續與領取行李。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13:40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【單軌電車】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出關後直接走連通道前往國內線 2 樓單軌「那霸空港站」，搭乘單軌電車 12 分鐘直達「縣廳前站」。</w:t>
            </w:r>
          </w:p>
        </w:tc>
      </w:tr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14:10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【飯店寄放行李】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出站步行約 3 分鐘抵達「Comfort Hotel 那霸縣廳前」，先於櫃檯寄放行李或辦理 Check-in。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14:50–17:30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【瀨長島 Umikaji Terrace】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純白階梯式海景商場，被譽為沖繩小希臘。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交通方式：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於飯店對面「縣廳北口」站牌搭乘「東京巴士 TK02（琉球海運直達車）」直達瀨長島（車程約 25 分鐘，免換車）。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行程亮點：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品嚐人氣幸福鬆餅、近距離觀看飛機起降、欣賞海濱夕陽（11 月日落時間約 17:30～17:40）。</w:t>
            </w:r>
          </w:p>
        </w:tc>
      </w:tr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18:00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【返回那霸市區】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於瀨長島搭乘 TK02 巴士原路返回「縣廳前」。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晚間時段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【國際通 ＆ 第一牧志公設市場】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步行漫遊那霸最熱鬧的國際通商店街。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晚餐推薦：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走進「第一牧志公設市場」挑選海鮮代客料理，或找一家沖繩阿古豬（Agu 豬）涮涮鍋、在地居酒屋小酌。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F4C81"/>
          <w:bottom w:val="single" w:sz="6" w:space="0" w:color="0F4C81"/>
          <w:left w:val="single" w:sz="6" w:space="0" w:color="0F4C81"/>
          <w:right w:val="single" w:sz="6" w:space="0" w:color="0F4C81"/>
          <w:insideH w:val="single" w:sz="6" w:space="0" w:color="0F4C81"/>
          <w:insideV w:val="single" w:sz="6" w:space="0" w:color="0F4C81"/>
        </w:tblBorders>
      </w:tblPr>
      <w:tblGrid>
        <w:gridCol w:w="9936"/>
      </w:tblGrid>
      <w:tr>
        <w:tc>
          <w:tcPr>
            <w:tcW w:type="dxa" w:w="9360"/>
            <w:shd w:fill="0F4C81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40"/>
            </w:pPr>
            <w:r>
              <w:rPr>
                <w:rFonts w:ascii="微軟正黑體" w:hAnsi="微軟正黑體" w:eastAsia="微軟正黑體"/>
                <w:b/>
                <w:color w:val="FFFFFF"/>
                <w:sz w:val="24"/>
              </w:rPr>
              <w:t>🐋 Day 2（11/21 週六・日本三連休第一天）：中北部經典一日觀光巴士遊</w:t>
              <w:br/>
            </w:r>
            <w:r>
              <w:rPr>
                <w:rFonts w:ascii="微軟正黑體" w:hAnsi="微軟正黑體" w:eastAsia="微軟正黑體"/>
                <w:b w:val="0"/>
                <w:color w:val="CBE6FF"/>
                <w:sz w:val="19"/>
              </w:rPr>
              <w:t>當日交通：中北部一日觀光巴士（於飯店斜對面 RYUBO 百貨門口上下車）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68"/>
        <w:gridCol w:w="4968"/>
      </w:tblGrid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08:00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【飯店早餐 ＆ 集合】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於 Comfort Hotel 享用免費早餐後，步行 2 分鐘至斜對面「RYUBO 百貨門口（縣廳北口）」集合上車。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08:20–18:30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【中北部一日觀光巴士之旅】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事先於 Klook / KKday 預訂（如 Hip Hop Bus A/B 線或定期觀光巴士）。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第 1 站：萬座毛：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漫步珊瑚礁斷崖步道，欣賞經典「象鼻岩」與壯麗海景。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第 2 站：古宇利島 ＆ 古宇利大橋：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欣賞清澈見底的「古宇利藍」海景、跨海大橋漫步，午餐品嚐人氣蝦蝦飯。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第 3 站：沖繩美麗海水族館：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停留約 2.5～3 小時，必看「黑潮之海」巨型水槽與鯨鯊餵食秀（三連休週末搭專車最省力，由司機直接處理停車問題）。</w:t>
            </w:r>
          </w:p>
        </w:tc>
      </w:tr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19:00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【返回縣廳前解散】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觀光巴士直接送回「縣廳前 RYUBO」原地解散。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晚間時段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【縣廳前周邊晚餐】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先回飯店放置隨身物品稍作休息，步行於縣廳前周邊享用暖暮拉麵或琉球鄉土料理，無需趕車。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F4C81"/>
          <w:bottom w:val="single" w:sz="6" w:space="0" w:color="0F4C81"/>
          <w:left w:val="single" w:sz="6" w:space="0" w:color="0F4C81"/>
          <w:right w:val="single" w:sz="6" w:space="0" w:color="0F4C81"/>
          <w:insideH w:val="single" w:sz="6" w:space="0" w:color="0F4C81"/>
          <w:insideV w:val="single" w:sz="6" w:space="0" w:color="0F4C81"/>
        </w:tblBorders>
      </w:tblPr>
      <w:tblGrid>
        <w:gridCol w:w="9936"/>
      </w:tblGrid>
      <w:tr>
        <w:tc>
          <w:tcPr>
            <w:tcW w:type="dxa" w:w="9360"/>
            <w:shd w:fill="0F4C81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40"/>
            </w:pPr>
            <w:r>
              <w:rPr>
                <w:rFonts w:ascii="微軟正黑體" w:hAnsi="微軟正黑體" w:eastAsia="微軟正黑體"/>
                <w:b/>
                <w:color w:val="FFFFFF"/>
                <w:sz w:val="24"/>
              </w:rPr>
              <w:t>🛍️ Day 3（11/22 週日・日本三連休第二天）：港川外人住宅早午餐 ➔ 浦添 PARCO CITY 海景購物 ➔ 美榮橋燒肉</w:t>
              <w:br/>
            </w:r>
            <w:r>
              <w:rPr>
                <w:rFonts w:ascii="微軟正黑體" w:hAnsi="微軟正黑體" w:eastAsia="微軟正黑體"/>
                <w:b w:val="0"/>
                <w:color w:val="CBE6FF"/>
                <w:sz w:val="19"/>
              </w:rPr>
              <w:t>當日交通：路線公車 ＋ 短程計程車（Uber / GO App） ＋ 沖繩單軌電車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68"/>
        <w:gridCol w:w="4968"/>
      </w:tblGrid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09:00–10:00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【飯店早餐 ＆ 悠閒出發】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前一日搭乘全天觀光巴士較早起，今日可睡飽後於 Comfort Hotel 享用免費早餐再從容出發。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10:30–13:00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【港川外人住宅（Minatogawa Stateside Town）】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美軍眷舍改建的繽紛平房聚落，充滿歐美與南國文青氣息。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交通方式：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於飯店對面「縣廳北口」（或步行 7～8 分鐘至那霸巴士總站）搭乘往北公車（如 28、120 號）至「第二城間」站下車步行 5 分鐘；或直接用 Uber / GO 叫車前往（約 20 分鐘）。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行程亮點：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於特色巷弄拍照散步、享用早午餐與手沖咖啡，必嚐超人氣水果塔甜點與黑糖可麗露。</w:t>
            </w:r>
          </w:p>
        </w:tc>
      </w:tr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13:15–17:30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【浦添西海岸 PARCO CITY】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與新都心 San-A 同集團的沖繩最大海景購物中心，規模更大且緊鄰海岸線。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交通方式：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港川外人住宅距離 PARCO CITY 僅約 2.5 公里，無直達公車，推薦直接用 Uber / GO App 叫計程車前往（車程約 5～8 分鐘即達商場大門口）。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購物與海景亮點：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集結大型超市、電器、藥妝、日系服飾與約 250 家品牌，全程走室內完全不累；傍晚（日落約 17:30～17:40）可於 2F/3F 觀景露台或海景美食街欣賞浦添西海岸夕陽。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17:30 後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【美榮橋周邊燒肉晚餐】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從 PARCO CITY 搭公車或計程車返回那霸市區（若戰利品較多可先叫車回飯店放東西），前往單軌「美榮橋站」周邊享用石垣牛燒肉（如燒肉乃我那霸、敘敘苑或肉屋）。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D97706"/>
          <w:bottom w:val="single" w:sz="8" w:space="0" w:color="D97706"/>
          <w:left w:val="single" w:sz="8" w:space="0" w:color="D97706"/>
          <w:right w:val="single" w:sz="8" w:space="0" w:color="D97706"/>
          <w:insideH w:val="single" w:sz="8" w:space="0" w:color="D97706"/>
          <w:insideV w:val="single" w:sz="8" w:space="0" w:color="D97706"/>
        </w:tblBorders>
      </w:tblPr>
      <w:tblGrid>
        <w:gridCol w:w="9936"/>
      </w:tblGrid>
      <w:tr>
        <w:tc>
          <w:tcPr>
            <w:tcW w:type="dxa" w:w="9360"/>
            <w:shd w:fill="FFFBEB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before="0" w:after="120"/>
            </w:pPr>
            <w:r>
              <w:rPr>
                <w:rFonts w:ascii="微軟正黑體" w:hAnsi="微軟正黑體" w:eastAsia="微軟正黑體"/>
                <w:b/>
                <w:color w:val="B45309"/>
                <w:sz w:val="22"/>
              </w:rPr>
              <w:t>💡 Day 3（11/22 週日）傍晚與晚餐的 2 個彈性貼心選項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選項 A：直接在 PARCO CITY 吃海景敘敘苑：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PARCO CITY 館內即設有擁有無敵海景座位的「敘敘苑燒肉」，若逛街逛累了不想再轉車覓食，也可直接在商場內享用燒肉晚餐後再搭車回飯店。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選項 B：順遊新都心 T Galleria（DFS 免稅店）：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若仍想逛全日本最大的市區免稅店買國際精品，或參觀 3 樓的 teamLab 常設展，可於 16:00 左右從 PARCO CITY 搭公車／計程車至「歌町站（Omoromachi）」，逛完再搭單軌至美榮橋吃晚餐。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F4C81"/>
          <w:bottom w:val="single" w:sz="6" w:space="0" w:color="0F4C81"/>
          <w:left w:val="single" w:sz="6" w:space="0" w:color="0F4C81"/>
          <w:right w:val="single" w:sz="6" w:space="0" w:color="0F4C81"/>
          <w:insideH w:val="single" w:sz="6" w:space="0" w:color="0F4C81"/>
          <w:insideV w:val="single" w:sz="6" w:space="0" w:color="0F4C81"/>
        </w:tblBorders>
      </w:tblPr>
      <w:tblGrid>
        <w:gridCol w:w="9936"/>
      </w:tblGrid>
      <w:tr>
        <w:tc>
          <w:tcPr>
            <w:tcW w:type="dxa" w:w="9360"/>
            <w:shd w:fill="0F4C81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pPr>
              <w:spacing w:after="40"/>
            </w:pPr>
            <w:r>
              <w:rPr>
                <w:rFonts w:ascii="微軟正黑體" w:hAnsi="微軟正黑體" w:eastAsia="微軟正黑體"/>
                <w:b/>
                <w:color w:val="FFFFFF"/>
                <w:sz w:val="24"/>
              </w:rPr>
              <w:t>🛫 Day 4（11/23 週一・日本勤勞感謝日）：波上宮參拜 ➔ 機場免稅採買 ➔ 返台</w:t>
              <w:br/>
            </w:r>
            <w:r>
              <w:rPr>
                <w:rFonts w:ascii="微軟正黑體" w:hAnsi="微軟正黑體" w:eastAsia="微軟正黑體"/>
                <w:b w:val="0"/>
                <w:color w:val="CBE6FF"/>
                <w:sz w:val="19"/>
              </w:rPr>
              <w:t>當日交通：計程車／Uber（或步行） ＋ 沖繩單軌電車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BD5E1"/>
          <w:bottom w:val="single" w:sz="4" w:space="0" w:color="CBD5E1"/>
          <w:left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</w:tblPr>
      <w:tblGrid>
        <w:gridCol w:w="4968"/>
        <w:gridCol w:w="4968"/>
      </w:tblGrid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09:00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【辦理退房】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於飯店櫃檯辦理退房，大型行李可先免費寄放於飯店櫃檯。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09:30–11:00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【波上宮 ＆ 波之上海灘】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造訪矗立於珊瑚礁斷崖上的「琉球八社之首」。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交通方式：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從 Comfort Hotel 步行約 15～18 分鐘，或直接在飯店門口搭計程車／Uber（車資約 ¥700～900，5 分鐘即達）。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行程亮點：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參拜祈福、求一個超人氣經典「紅型書包御守」，並至一旁跨海橋與波之上海灘拍照踏浪。</w:t>
            </w:r>
          </w:p>
        </w:tc>
      </w:tr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11:30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【回飯店領取行李】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返回 Comfort Hotel 領取寄放行李，步行 3 分鐘至單軌「縣廳前站」。</w:t>
            </w:r>
          </w:p>
        </w:tc>
      </w:tr>
      <w:tr>
        <w:tc>
          <w:tcPr>
            <w:tcW w:type="dxa" w:w="1944"/>
            <w:shd w:fill="E2E8F0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12:30</w:t>
            </w:r>
          </w:p>
        </w:tc>
        <w:tc>
          <w:tcPr>
            <w:tcW w:type="dxa" w:w="7416"/>
            <w:shd w:fill="F8FAFC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【搭乘單軌前往機場】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自「縣廳前站」搭乘單軌電車前往「那霸空港站」（車程僅 12 分鐘）。</w:t>
            </w:r>
          </w:p>
        </w:tc>
      </w:tr>
      <w:tr>
        <w:tc>
          <w:tcPr>
            <w:tcW w:type="dxa" w:w="1944"/>
            <w:shd w:fill="F1F5F9"/>
            <w:tcMar>
              <w:top w:w="100" w:type="dxa"/>
              <w:bottom w:w="100" w:type="dxa"/>
              <w:left w:w="12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微軟正黑體" w:hAnsi="微軟正黑體" w:eastAsia="微軟正黑體"/>
                <w:b/>
                <w:color w:val="0F4C81"/>
                <w:sz w:val="20"/>
              </w:rPr>
              <w:t>13:00 前</w:t>
            </w:r>
          </w:p>
        </w:tc>
        <w:tc>
          <w:tcPr>
            <w:tcW w:type="dxa" w:w="7416"/>
            <w:shd w:fill="FFFFFF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【抵達那霸機場 ＆ 國內線採買】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準備搭乘 15:25 班機返台。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三連休收假日提醒：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11/23 為日本三連休最後一天（勤勞感謝日），國內線與國際線安檢人潮眾多，務必提早 2.5 小時抵達機場。</w:t>
            </w:r>
          </w:p>
          <w:p>
            <w:pPr>
              <w:spacing w:before="40" w:after="60"/>
            </w:pPr>
            <w:r>
              <w:rPr>
                <w:rFonts w:ascii="微軟正黑體" w:hAnsi="微軟正黑體" w:eastAsia="微軟正黑體"/>
                <w:b/>
                <w:color w:val="0F172A"/>
                <w:sz w:val="20"/>
              </w:rPr>
              <w:t>• 最後伴手禮採買：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19"/>
              </w:rPr>
              <w:t>報到後推薦先逛「國內線航廈 2 樓特產街」，伴手禮種類比國際線免稅店豐富許多，可買齊 Pork Tamago 豬肉蛋飯糰、御菓子御殿紅芋塔與黑糖點心。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space="0" w:color="15803D"/>
          <w:bottom w:val="single" w:sz="8" w:space="0" w:color="15803D"/>
          <w:left w:val="single" w:sz="8" w:space="0" w:color="15803D"/>
          <w:right w:val="single" w:sz="8" w:space="0" w:color="15803D"/>
          <w:insideH w:val="single" w:sz="8" w:space="0" w:color="15803D"/>
          <w:insideV w:val="single" w:sz="8" w:space="0" w:color="15803D"/>
        </w:tblBorders>
      </w:tblPr>
      <w:tblGrid>
        <w:gridCol w:w="9936"/>
      </w:tblGrid>
      <w:tr>
        <w:tc>
          <w:tcPr>
            <w:tcW w:type="dxa" w:w="9360"/>
            <w:shd w:fill="F0FDF4"/>
            <w:tcMar>
              <w:top w:w="140" w:type="dxa"/>
              <w:bottom w:w="140" w:type="dxa"/>
              <w:left w:w="200" w:type="dxa"/>
              <w:right w:w="200" w:type="dxa"/>
            </w:tcMar>
          </w:tcPr>
          <w:p>
            <w:pPr>
              <w:spacing w:before="0" w:after="120"/>
            </w:pPr>
            <w:r>
              <w:rPr>
                <w:rFonts w:ascii="微軟正黑體" w:hAnsi="微軟正黑體" w:eastAsia="微軟正黑體"/>
                <w:b/>
                <w:color w:val="15803D"/>
                <w:sz w:val="22"/>
              </w:rPr>
              <w:t>💡 不自駕自由行的 3 個實用錦囊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D2 一日觀光巴士盡早預訂：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11/21（週六）正逢日本三連休首日，那霸出發的一日觀光巴士席次非常搶手，建議出發前 2～3 週先在網路訂好含水族館門票的套票（集合點直接選「縣廳前 RYUBO」）。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善用短程計程車（Uber / GO App）：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那霸市區計程車起跳價約 ¥560～600。前往波上宮、港川外人住宅轉往 PARCO CITY，或買太多戰利品提不回飯店時，直接用 App 叫車花費僅台幣 100～200 多元，省時又省力。</w:t>
            </w:r>
          </w:p>
          <w:p>
            <w:pPr>
              <w:spacing w:before="40" w:after="80"/>
              <w:ind w:left="216"/>
            </w:pPr>
            <w:r>
              <w:rPr>
                <w:rFonts w:ascii="微軟正黑體" w:hAnsi="微軟正黑體" w:eastAsia="微軟正黑體"/>
                <w:b/>
                <w:color w:val="1E293B"/>
                <w:sz w:val="20"/>
              </w:rPr>
              <w:t>▸ 省下停車費轉作搭車預算：</w:t>
            </w:r>
            <w:r>
              <w:rPr>
                <w:rFonts w:ascii="微軟正黑體" w:hAnsi="微軟正黑體" w:eastAsia="微軟正黑體"/>
                <w:b w:val="0"/>
                <w:color w:val="334155"/>
                <w:sz w:val="20"/>
              </w:rPr>
              <w:t>不自駕直接省下原本租車每晚約 ¥1,000～1,500 的飯店停車費與油資，把這筆預算拿來搭短程計程車與吃燒肉綽綽有餘！</w:t>
            </w:r>
          </w:p>
        </w:tc>
      </w:tr>
    </w:tbl>
    <w:p>
      <w:pPr>
        <w:spacing w:after="8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